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CDE7" w14:textId="5E302BC4" w:rsidR="00274152" w:rsidRDefault="00C84D66">
      <w:pPr>
        <w:spacing w:after="40"/>
        <w:jc w:val="center"/>
      </w:pPr>
      <w:r>
        <w:rPr>
          <w:noProof/>
        </w:rPr>
        <w:drawing>
          <wp:inline distT="0" distB="0" distL="0" distR="0" wp14:anchorId="224CF66E" wp14:editId="7D96961B">
            <wp:extent cx="792480" cy="792480"/>
            <wp:effectExtent l="0" t="0" r="7620" b="7620"/>
            <wp:docPr id="71167972" name="Picture 71167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yyu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3150" cy="79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EF71F" w14:textId="77777777" w:rsidR="00274152" w:rsidRPr="00C84D66" w:rsidRDefault="00000000" w:rsidP="00C84D66">
      <w:pPr>
        <w:spacing w:after="0"/>
        <w:jc w:val="center"/>
        <w:rPr>
          <w:szCs w:val="24"/>
        </w:rPr>
      </w:pPr>
      <w:r w:rsidRPr="00C84D66">
        <w:rPr>
          <w:b/>
          <w:szCs w:val="24"/>
        </w:rPr>
        <w:t>T.C.</w:t>
      </w:r>
    </w:p>
    <w:p w14:paraId="283B6928" w14:textId="77777777" w:rsidR="00274152" w:rsidRPr="00C84D66" w:rsidRDefault="00000000" w:rsidP="00C84D66">
      <w:pPr>
        <w:spacing w:after="0"/>
        <w:jc w:val="center"/>
        <w:rPr>
          <w:szCs w:val="24"/>
        </w:rPr>
      </w:pPr>
      <w:r w:rsidRPr="00C84D66">
        <w:rPr>
          <w:b/>
          <w:szCs w:val="24"/>
        </w:rPr>
        <w:t>İSTANBUL YENİ YÜZYIL ÜNİVERSİTESİ</w:t>
      </w:r>
    </w:p>
    <w:p w14:paraId="0A3DF7FB" w14:textId="77777777" w:rsidR="00274152" w:rsidRPr="00C84D66" w:rsidRDefault="00000000" w:rsidP="00C84D66">
      <w:pPr>
        <w:spacing w:after="80"/>
        <w:jc w:val="center"/>
        <w:rPr>
          <w:szCs w:val="24"/>
        </w:rPr>
      </w:pPr>
      <w:r w:rsidRPr="00C84D66">
        <w:rPr>
          <w:b/>
          <w:szCs w:val="24"/>
        </w:rPr>
        <w:t>FEN BİLİMLERİ ENSTİTÜSÜ</w:t>
      </w:r>
    </w:p>
    <w:p w14:paraId="065F0080" w14:textId="77777777" w:rsidR="00274152" w:rsidRPr="00C84D66" w:rsidRDefault="00000000" w:rsidP="00C84D66">
      <w:pPr>
        <w:spacing w:after="40"/>
        <w:jc w:val="center"/>
        <w:rPr>
          <w:szCs w:val="24"/>
        </w:rPr>
      </w:pPr>
      <w:r w:rsidRPr="00C84D66">
        <w:rPr>
          <w:b/>
          <w:szCs w:val="24"/>
        </w:rPr>
        <w:t>İKİNCİ DANIŞMAN ÖNERİ FORMU</w:t>
      </w:r>
    </w:p>
    <w:p w14:paraId="05A2D757" w14:textId="77777777" w:rsidR="00274152" w:rsidRDefault="00274152">
      <w:pPr>
        <w:pBdr>
          <w:bottom w:val="single" w:sz="14" w:space="2" w:color="7D1B1B"/>
        </w:pBdr>
      </w:pPr>
    </w:p>
    <w:p w14:paraId="532BD7DB" w14:textId="104653DD" w:rsidR="00274152" w:rsidRPr="00725268" w:rsidRDefault="00000000" w:rsidP="00C84D66">
      <w:pPr>
        <w:spacing w:after="0"/>
        <w:jc w:val="right"/>
        <w:rPr>
          <w:szCs w:val="24"/>
        </w:rPr>
      </w:pPr>
      <w:proofErr w:type="gramStart"/>
      <w:r w:rsidRPr="00725268">
        <w:rPr>
          <w:szCs w:val="24"/>
        </w:rPr>
        <w:t>…..</w:t>
      </w:r>
      <w:proofErr w:type="gramEnd"/>
      <w:r w:rsidRPr="00725268">
        <w:rPr>
          <w:szCs w:val="24"/>
        </w:rPr>
        <w:t>/</w:t>
      </w:r>
      <w:proofErr w:type="gramStart"/>
      <w:r w:rsidRPr="00725268">
        <w:rPr>
          <w:szCs w:val="24"/>
        </w:rPr>
        <w:t>…..</w:t>
      </w:r>
      <w:proofErr w:type="gramEnd"/>
      <w:r w:rsidRPr="00725268">
        <w:rPr>
          <w:szCs w:val="24"/>
        </w:rPr>
        <w:t>/20….</w:t>
      </w:r>
    </w:p>
    <w:p w14:paraId="5404CFB0" w14:textId="3A3FF0C8" w:rsidR="00274152" w:rsidRPr="00725268" w:rsidRDefault="00000000">
      <w:pPr>
        <w:spacing w:after="160"/>
        <w:rPr>
          <w:szCs w:val="24"/>
        </w:rPr>
      </w:pPr>
      <w:proofErr w:type="spellStart"/>
      <w:r w:rsidRPr="00725268">
        <w:rPr>
          <w:b/>
          <w:bCs/>
          <w:szCs w:val="24"/>
        </w:rPr>
        <w:t>Konu</w:t>
      </w:r>
      <w:proofErr w:type="spellEnd"/>
      <w:r w:rsidRPr="00725268">
        <w:rPr>
          <w:b/>
          <w:bCs/>
          <w:szCs w:val="24"/>
        </w:rPr>
        <w:t>:</w:t>
      </w:r>
      <w:r w:rsidRPr="00725268">
        <w:rPr>
          <w:szCs w:val="24"/>
        </w:rPr>
        <w:t xml:space="preserve"> </w:t>
      </w:r>
      <w:proofErr w:type="spellStart"/>
      <w:r w:rsidR="00C84D66" w:rsidRPr="00725268">
        <w:rPr>
          <w:szCs w:val="24"/>
        </w:rPr>
        <w:t>İkinci</w:t>
      </w:r>
      <w:proofErr w:type="spellEnd"/>
      <w:r w:rsidR="00C84D66" w:rsidRPr="00725268">
        <w:rPr>
          <w:szCs w:val="24"/>
        </w:rPr>
        <w:t xml:space="preserve"> </w:t>
      </w:r>
      <w:proofErr w:type="spellStart"/>
      <w:r w:rsidR="00C84D66" w:rsidRPr="00725268">
        <w:rPr>
          <w:szCs w:val="24"/>
        </w:rPr>
        <w:t>Danışmanlık</w:t>
      </w:r>
      <w:proofErr w:type="spellEnd"/>
      <w:r w:rsidR="00C84D66" w:rsidRPr="00725268">
        <w:rPr>
          <w:szCs w:val="24"/>
        </w:rPr>
        <w:t xml:space="preserve"> </w:t>
      </w:r>
      <w:proofErr w:type="spellStart"/>
      <w:r w:rsidR="00C84D66" w:rsidRPr="00725268">
        <w:rPr>
          <w:szCs w:val="24"/>
        </w:rPr>
        <w:t>Teklifi</w:t>
      </w:r>
      <w:proofErr w:type="spellEnd"/>
      <w:r w:rsidR="00C84D66" w:rsidRPr="00725268">
        <w:rPr>
          <w:szCs w:val="24"/>
        </w:rPr>
        <w:t xml:space="preserve"> </w:t>
      </w:r>
      <w:proofErr w:type="spellStart"/>
      <w:r w:rsidR="00C84D66" w:rsidRPr="00725268">
        <w:rPr>
          <w:szCs w:val="24"/>
        </w:rPr>
        <w:t>Hk</w:t>
      </w:r>
      <w:proofErr w:type="spellEnd"/>
      <w:r w:rsidR="00C84D66" w:rsidRPr="00725268">
        <w:rPr>
          <w:szCs w:val="24"/>
        </w:rPr>
        <w:t>.</w:t>
      </w:r>
      <w:r w:rsidR="00C84D66" w:rsidRPr="00725268">
        <w:rPr>
          <w:szCs w:val="24"/>
        </w:rPr>
        <w:br/>
      </w:r>
    </w:p>
    <w:p w14:paraId="57A078B0" w14:textId="77777777" w:rsidR="00274152" w:rsidRPr="00725268" w:rsidRDefault="00000000" w:rsidP="00C84D66">
      <w:pPr>
        <w:spacing w:before="120" w:after="160"/>
        <w:jc w:val="center"/>
        <w:rPr>
          <w:szCs w:val="24"/>
        </w:rPr>
      </w:pPr>
      <w:r w:rsidRPr="00725268">
        <w:rPr>
          <w:b/>
          <w:szCs w:val="24"/>
        </w:rPr>
        <w:t>FEN BİLİMLERİ ENSTİTÜSÜ MÜDÜRLÜĞÜNE</w:t>
      </w:r>
    </w:p>
    <w:p w14:paraId="4242EB67" w14:textId="77777777" w:rsidR="00274152" w:rsidRDefault="00000000" w:rsidP="00C84D66">
      <w:pPr>
        <w:spacing w:line="360" w:lineRule="auto"/>
        <w:jc w:val="both"/>
        <w:rPr>
          <w:szCs w:val="24"/>
        </w:rPr>
      </w:pPr>
      <w:r w:rsidRPr="00725268">
        <w:rPr>
          <w:szCs w:val="24"/>
        </w:rPr>
        <w:t xml:space="preserve">……………………………… Anabilim Dalı Yüksek Lisans programına kayıtlı ……………… numaralı ……………………………… adlı öğrencinin danışman öğretim üyesinden alınan ikinci danışman teklifi ekte sunulmuştur. </w:t>
      </w:r>
      <w:proofErr w:type="spellStart"/>
      <w:r w:rsidRPr="00725268">
        <w:rPr>
          <w:szCs w:val="24"/>
        </w:rPr>
        <w:t>Bilgilerinizi</w:t>
      </w:r>
      <w:proofErr w:type="spellEnd"/>
      <w:r w:rsidRPr="00725268">
        <w:rPr>
          <w:szCs w:val="24"/>
        </w:rPr>
        <w:t xml:space="preserve"> </w:t>
      </w:r>
      <w:proofErr w:type="spellStart"/>
      <w:r w:rsidRPr="00725268">
        <w:rPr>
          <w:szCs w:val="24"/>
        </w:rPr>
        <w:t>ve</w:t>
      </w:r>
      <w:proofErr w:type="spellEnd"/>
      <w:r w:rsidRPr="00725268">
        <w:rPr>
          <w:szCs w:val="24"/>
        </w:rPr>
        <w:t xml:space="preserve"> </w:t>
      </w:r>
      <w:proofErr w:type="spellStart"/>
      <w:r w:rsidRPr="00725268">
        <w:rPr>
          <w:szCs w:val="24"/>
        </w:rPr>
        <w:t>gereğini</w:t>
      </w:r>
      <w:proofErr w:type="spellEnd"/>
      <w:r w:rsidRPr="00725268">
        <w:rPr>
          <w:szCs w:val="24"/>
        </w:rPr>
        <w:t xml:space="preserve"> </w:t>
      </w:r>
      <w:proofErr w:type="spellStart"/>
      <w:r w:rsidRPr="00725268">
        <w:rPr>
          <w:szCs w:val="24"/>
        </w:rPr>
        <w:t>arz</w:t>
      </w:r>
      <w:proofErr w:type="spellEnd"/>
      <w:r w:rsidRPr="00725268">
        <w:rPr>
          <w:szCs w:val="24"/>
        </w:rPr>
        <w:t xml:space="preserve"> </w:t>
      </w:r>
      <w:proofErr w:type="spellStart"/>
      <w:r w:rsidRPr="00725268">
        <w:rPr>
          <w:szCs w:val="24"/>
        </w:rPr>
        <w:t>ederim</w:t>
      </w:r>
      <w:proofErr w:type="spellEnd"/>
      <w:r w:rsidRPr="00725268">
        <w:rPr>
          <w:szCs w:val="24"/>
        </w:rPr>
        <w:t>.</w:t>
      </w:r>
    </w:p>
    <w:p w14:paraId="210AF7F6" w14:textId="77777777" w:rsidR="00725268" w:rsidRPr="00725268" w:rsidRDefault="00725268" w:rsidP="00C84D66">
      <w:pPr>
        <w:spacing w:line="360" w:lineRule="auto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274152" w:rsidRPr="00725268" w14:paraId="1C25B051" w14:textId="77777777">
        <w:tc>
          <w:tcPr>
            <w:tcW w:w="4536" w:type="dxa"/>
          </w:tcPr>
          <w:p w14:paraId="1C4DA4BD" w14:textId="77777777" w:rsidR="00274152" w:rsidRPr="00725268" w:rsidRDefault="0027415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4536" w:type="dxa"/>
          </w:tcPr>
          <w:p w14:paraId="7856F1D4" w14:textId="77777777" w:rsidR="00274152" w:rsidRPr="00725268" w:rsidRDefault="00000000" w:rsidP="00725268">
            <w:pPr>
              <w:spacing w:after="0"/>
              <w:ind w:left="1227"/>
              <w:jc w:val="center"/>
              <w:rPr>
                <w:bCs/>
                <w:i/>
                <w:iCs/>
                <w:szCs w:val="24"/>
              </w:rPr>
            </w:pPr>
            <w:proofErr w:type="spellStart"/>
            <w:r w:rsidRPr="00725268">
              <w:rPr>
                <w:bCs/>
                <w:i/>
                <w:iCs/>
                <w:szCs w:val="24"/>
              </w:rPr>
              <w:t>Anabilim</w:t>
            </w:r>
            <w:proofErr w:type="spellEnd"/>
            <w:r w:rsidRPr="00725268">
              <w:rPr>
                <w:bCs/>
                <w:i/>
                <w:iCs/>
                <w:szCs w:val="24"/>
              </w:rPr>
              <w:t xml:space="preserve"> </w:t>
            </w:r>
            <w:proofErr w:type="spellStart"/>
            <w:r w:rsidRPr="00725268">
              <w:rPr>
                <w:bCs/>
                <w:i/>
                <w:iCs/>
                <w:szCs w:val="24"/>
              </w:rPr>
              <w:t>Dalı</w:t>
            </w:r>
            <w:proofErr w:type="spellEnd"/>
            <w:r w:rsidRPr="00725268">
              <w:rPr>
                <w:bCs/>
                <w:i/>
                <w:iCs/>
                <w:szCs w:val="24"/>
              </w:rPr>
              <w:t xml:space="preserve"> </w:t>
            </w:r>
            <w:proofErr w:type="spellStart"/>
            <w:r w:rsidRPr="00725268">
              <w:rPr>
                <w:bCs/>
                <w:i/>
                <w:iCs/>
                <w:szCs w:val="24"/>
              </w:rPr>
              <w:t>Başkanı</w:t>
            </w:r>
            <w:proofErr w:type="spellEnd"/>
          </w:p>
          <w:p w14:paraId="3A885B5C" w14:textId="294009E6" w:rsidR="00274152" w:rsidRPr="00687249" w:rsidRDefault="00725268" w:rsidP="00725268">
            <w:pPr>
              <w:spacing w:after="0"/>
              <w:ind w:left="1227"/>
              <w:jc w:val="center"/>
              <w:rPr>
                <w:szCs w:val="24"/>
                <w:u w:val="single"/>
              </w:rPr>
            </w:pPr>
            <w:r w:rsidRPr="00687249">
              <w:rPr>
                <w:i/>
                <w:iCs/>
                <w:szCs w:val="24"/>
                <w:u w:val="single"/>
              </w:rPr>
              <w:t>Kaşe</w:t>
            </w:r>
            <w:r w:rsidR="00C84D66" w:rsidRPr="00687249">
              <w:rPr>
                <w:i/>
                <w:iCs/>
                <w:szCs w:val="24"/>
                <w:u w:val="single"/>
              </w:rPr>
              <w:t>-</w:t>
            </w:r>
            <w:r w:rsidRPr="00687249">
              <w:rPr>
                <w:i/>
                <w:iCs/>
                <w:szCs w:val="24"/>
                <w:u w:val="single"/>
              </w:rPr>
              <w:t>İmza</w:t>
            </w:r>
          </w:p>
        </w:tc>
      </w:tr>
    </w:tbl>
    <w:p w14:paraId="42502A63" w14:textId="77777777" w:rsidR="00C84D66" w:rsidRDefault="00C84D66">
      <w:pPr>
        <w:spacing w:before="120" w:after="120"/>
        <w:rPr>
          <w:szCs w:val="24"/>
        </w:rPr>
      </w:pPr>
    </w:p>
    <w:p w14:paraId="5F7E320C" w14:textId="77777777" w:rsidR="00725268" w:rsidRDefault="00725268">
      <w:pPr>
        <w:spacing w:before="120" w:after="120"/>
        <w:rPr>
          <w:szCs w:val="24"/>
        </w:rPr>
      </w:pPr>
    </w:p>
    <w:p w14:paraId="10CD51E6" w14:textId="77777777" w:rsidR="00725268" w:rsidRDefault="00725268">
      <w:pPr>
        <w:spacing w:before="120" w:after="120"/>
        <w:rPr>
          <w:szCs w:val="24"/>
        </w:rPr>
      </w:pPr>
    </w:p>
    <w:p w14:paraId="3149546F" w14:textId="77777777" w:rsidR="00725268" w:rsidRPr="00725268" w:rsidRDefault="00725268">
      <w:pPr>
        <w:spacing w:before="120" w:after="120"/>
        <w:rPr>
          <w:szCs w:val="24"/>
        </w:rPr>
      </w:pPr>
    </w:p>
    <w:p w14:paraId="6CE9C95F" w14:textId="12FB8DB9" w:rsidR="00274152" w:rsidRPr="00725268" w:rsidRDefault="00000000">
      <w:pPr>
        <w:spacing w:before="120" w:after="120"/>
        <w:rPr>
          <w:szCs w:val="24"/>
        </w:rPr>
      </w:pPr>
      <w:r w:rsidRPr="00725268">
        <w:rPr>
          <w:b/>
          <w:bCs/>
          <w:szCs w:val="24"/>
        </w:rPr>
        <w:t>EK:</w:t>
      </w:r>
      <w:r w:rsidRPr="00725268">
        <w:rPr>
          <w:szCs w:val="24"/>
        </w:rPr>
        <w:t xml:space="preserve"> </w:t>
      </w:r>
      <w:proofErr w:type="spellStart"/>
      <w:r w:rsidRPr="00725268">
        <w:rPr>
          <w:szCs w:val="24"/>
        </w:rPr>
        <w:t>Danışman</w:t>
      </w:r>
      <w:proofErr w:type="spellEnd"/>
      <w:r w:rsidRPr="00725268">
        <w:rPr>
          <w:szCs w:val="24"/>
        </w:rPr>
        <w:t xml:space="preserve"> </w:t>
      </w:r>
      <w:proofErr w:type="spellStart"/>
      <w:r w:rsidR="002A2EF4">
        <w:rPr>
          <w:szCs w:val="24"/>
        </w:rPr>
        <w:t>Öneri</w:t>
      </w:r>
      <w:proofErr w:type="spellEnd"/>
      <w:r w:rsidR="002A2EF4">
        <w:rPr>
          <w:szCs w:val="24"/>
        </w:rPr>
        <w:t xml:space="preserve"> </w:t>
      </w:r>
      <w:proofErr w:type="spellStart"/>
      <w:r w:rsidR="003C19A0">
        <w:rPr>
          <w:szCs w:val="24"/>
        </w:rPr>
        <w:t>Y</w:t>
      </w:r>
      <w:r w:rsidRPr="00725268">
        <w:rPr>
          <w:szCs w:val="24"/>
        </w:rPr>
        <w:t>azısı</w:t>
      </w:r>
      <w:proofErr w:type="spellEnd"/>
    </w:p>
    <w:p w14:paraId="2826E67D" w14:textId="77777777" w:rsidR="00C84D66" w:rsidRDefault="00C84D66">
      <w:pPr>
        <w:spacing w:before="120" w:after="120"/>
      </w:pPr>
    </w:p>
    <w:p w14:paraId="7D42A8B6" w14:textId="77777777" w:rsidR="00C84D66" w:rsidRDefault="00C84D66">
      <w:pPr>
        <w:spacing w:before="120" w:after="120"/>
      </w:pPr>
    </w:p>
    <w:p w14:paraId="5C315DE0" w14:textId="77777777" w:rsidR="00C84D66" w:rsidRDefault="00C84D66">
      <w:pPr>
        <w:spacing w:before="120" w:after="120"/>
      </w:pPr>
    </w:p>
    <w:p w14:paraId="1B15E761" w14:textId="77777777" w:rsidR="00C84D66" w:rsidRDefault="00C84D66">
      <w:pPr>
        <w:spacing w:before="120" w:after="120"/>
      </w:pPr>
    </w:p>
    <w:p w14:paraId="4A7B4914" w14:textId="77777777" w:rsidR="00C84D66" w:rsidRDefault="00C84D66">
      <w:pPr>
        <w:spacing w:before="120" w:after="120"/>
      </w:pPr>
    </w:p>
    <w:p w14:paraId="42B9AC76" w14:textId="77777777" w:rsidR="00C84D66" w:rsidRDefault="00C84D66">
      <w:pPr>
        <w:spacing w:before="120" w:after="120"/>
      </w:pPr>
    </w:p>
    <w:p w14:paraId="486FEE38" w14:textId="77777777" w:rsidR="00C84D66" w:rsidRDefault="00C84D66">
      <w:pPr>
        <w:spacing w:before="120" w:after="120"/>
      </w:pPr>
    </w:p>
    <w:p w14:paraId="2F466D59" w14:textId="77777777" w:rsidR="00C84D66" w:rsidRDefault="00C84D66">
      <w:pPr>
        <w:spacing w:before="120" w:after="120"/>
      </w:pPr>
    </w:p>
    <w:p w14:paraId="45C376EF" w14:textId="77777777" w:rsidR="00C84D66" w:rsidRDefault="00C84D66">
      <w:pPr>
        <w:spacing w:before="120" w:after="120"/>
      </w:pPr>
    </w:p>
    <w:p w14:paraId="5FDF3952" w14:textId="77777777" w:rsidR="00274152" w:rsidRDefault="00274152"/>
    <w:p w14:paraId="11A6E9B7" w14:textId="77777777" w:rsidR="00274152" w:rsidRPr="00C84D66" w:rsidRDefault="00000000" w:rsidP="00C84D66">
      <w:pPr>
        <w:shd w:val="clear" w:color="auto" w:fill="E8E8E8"/>
        <w:spacing w:before="200" w:after="80"/>
        <w:jc w:val="center"/>
        <w:rPr>
          <w:b/>
        </w:rPr>
      </w:pPr>
      <w:r w:rsidRPr="00C84D66">
        <w:rPr>
          <w:b/>
        </w:rPr>
        <w:lastRenderedPageBreak/>
        <w:t>DANIŞMAN ÖNERİ YAZISI</w:t>
      </w:r>
    </w:p>
    <w:p w14:paraId="4B60CCAC" w14:textId="7E2B9876" w:rsidR="00274152" w:rsidRDefault="00000000">
      <w:pPr>
        <w:spacing w:after="160"/>
        <w:jc w:val="right"/>
      </w:pPr>
      <w:proofErr w:type="gramStart"/>
      <w:r>
        <w:t>…..</w:t>
      </w:r>
      <w:proofErr w:type="gramEnd"/>
      <w:r>
        <w:t>/</w:t>
      </w:r>
      <w:proofErr w:type="gramStart"/>
      <w:r>
        <w:t>…..</w:t>
      </w:r>
      <w:proofErr w:type="gramEnd"/>
      <w:r>
        <w:t>/20….</w:t>
      </w:r>
      <w:r w:rsidR="00F31419">
        <w:br/>
      </w:r>
    </w:p>
    <w:p w14:paraId="4AAA22B5" w14:textId="7C02455A" w:rsidR="00F31419" w:rsidRPr="00F31419" w:rsidRDefault="00000000" w:rsidP="00F31419">
      <w:pPr>
        <w:spacing w:before="120" w:after="160"/>
        <w:jc w:val="center"/>
        <w:rPr>
          <w:b/>
          <w:szCs w:val="24"/>
        </w:rPr>
      </w:pPr>
      <w:r w:rsidRPr="00C84D66">
        <w:rPr>
          <w:b/>
          <w:szCs w:val="24"/>
        </w:rPr>
        <w:t>……………………………… ANABİLİM DALI BAŞKANLIĞINA</w:t>
      </w:r>
    </w:p>
    <w:p w14:paraId="1057ACFB" w14:textId="617FBD8D" w:rsidR="00274152" w:rsidRPr="00C84D66" w:rsidRDefault="00000000">
      <w:pPr>
        <w:spacing w:line="360" w:lineRule="auto"/>
        <w:rPr>
          <w:szCs w:val="24"/>
        </w:rPr>
      </w:pPr>
      <w:r w:rsidRPr="00C84D66">
        <w:rPr>
          <w:szCs w:val="24"/>
        </w:rPr>
        <w:t xml:space="preserve">……………………………… Anabilim Dalına ……………… numara ile kayıtlı yüksek lisans öğrencisi ………………………………'nin ikinci danışmanlığına, aşağıda bilgileri sunulan </w:t>
      </w:r>
      <w:proofErr w:type="spellStart"/>
      <w:r w:rsidRPr="00C84D66">
        <w:rPr>
          <w:szCs w:val="24"/>
        </w:rPr>
        <w:t>öğretim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üyesinin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atanması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için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gereğini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arz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ederim</w:t>
      </w:r>
      <w:proofErr w:type="spellEnd"/>
      <w:r w:rsidRPr="00C84D66">
        <w:rPr>
          <w:szCs w:val="24"/>
        </w:rPr>
        <w:t>.</w:t>
      </w:r>
      <w:r w:rsidR="00F31419">
        <w:rPr>
          <w:szCs w:val="24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274152" w:rsidRPr="00C84D66" w14:paraId="3CEFA415" w14:textId="77777777">
        <w:tc>
          <w:tcPr>
            <w:tcW w:w="4536" w:type="dxa"/>
          </w:tcPr>
          <w:p w14:paraId="0E93C146" w14:textId="77777777" w:rsidR="00274152" w:rsidRPr="00C84D66" w:rsidRDefault="0027415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4536" w:type="dxa"/>
          </w:tcPr>
          <w:p w14:paraId="35E4C22E" w14:textId="77777777" w:rsidR="00725268" w:rsidRDefault="00000000" w:rsidP="00725268">
            <w:pPr>
              <w:spacing w:after="0"/>
              <w:ind w:left="1047"/>
              <w:jc w:val="center"/>
              <w:rPr>
                <w:i/>
                <w:iCs/>
                <w:szCs w:val="24"/>
              </w:rPr>
            </w:pPr>
            <w:proofErr w:type="spellStart"/>
            <w:r w:rsidRPr="00956AFC">
              <w:rPr>
                <w:i/>
                <w:iCs/>
                <w:szCs w:val="24"/>
              </w:rPr>
              <w:t>Danışman</w:t>
            </w:r>
            <w:proofErr w:type="spellEnd"/>
          </w:p>
          <w:p w14:paraId="6B41232F" w14:textId="486DC328" w:rsidR="00274152" w:rsidRPr="00C16A59" w:rsidRDefault="00C84D66" w:rsidP="00725268">
            <w:pPr>
              <w:spacing w:after="0"/>
              <w:ind w:left="1047"/>
              <w:jc w:val="center"/>
              <w:rPr>
                <w:i/>
                <w:iCs/>
                <w:szCs w:val="24"/>
                <w:u w:val="single"/>
              </w:rPr>
            </w:pPr>
            <w:r w:rsidRPr="00C16A59">
              <w:rPr>
                <w:i/>
                <w:iCs/>
                <w:szCs w:val="24"/>
                <w:u w:val="single"/>
              </w:rPr>
              <w:t>Kaşe-İmza</w:t>
            </w:r>
          </w:p>
        </w:tc>
      </w:tr>
      <w:tr w:rsidR="00956AFC" w:rsidRPr="00C84D66" w14:paraId="752408FB" w14:textId="77777777">
        <w:tc>
          <w:tcPr>
            <w:tcW w:w="4536" w:type="dxa"/>
          </w:tcPr>
          <w:p w14:paraId="0A977D5F" w14:textId="77777777" w:rsidR="00956AFC" w:rsidRDefault="00956AFC">
            <w:pPr>
              <w:spacing w:after="0"/>
              <w:jc w:val="center"/>
              <w:rPr>
                <w:szCs w:val="24"/>
              </w:rPr>
            </w:pPr>
          </w:p>
          <w:p w14:paraId="5EE6681E" w14:textId="77777777" w:rsidR="00956AFC" w:rsidRDefault="00956AFC">
            <w:pPr>
              <w:spacing w:after="0"/>
              <w:jc w:val="center"/>
              <w:rPr>
                <w:szCs w:val="24"/>
              </w:rPr>
            </w:pPr>
          </w:p>
          <w:p w14:paraId="481A3B32" w14:textId="77777777" w:rsidR="00956AFC" w:rsidRPr="00C84D66" w:rsidRDefault="00956AFC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4536" w:type="dxa"/>
          </w:tcPr>
          <w:p w14:paraId="315DC38F" w14:textId="77777777" w:rsidR="00956AFC" w:rsidRPr="00C84D66" w:rsidRDefault="00956AFC" w:rsidP="00E16F8E">
            <w:pPr>
              <w:spacing w:after="0"/>
              <w:rPr>
                <w:szCs w:val="24"/>
              </w:rPr>
            </w:pPr>
          </w:p>
        </w:tc>
      </w:tr>
    </w:tbl>
    <w:p w14:paraId="50768395" w14:textId="3E5D8BDE" w:rsidR="00274152" w:rsidRPr="00C84D66" w:rsidRDefault="00000000">
      <w:pPr>
        <w:spacing w:before="160" w:after="80"/>
        <w:rPr>
          <w:szCs w:val="24"/>
        </w:rPr>
      </w:pPr>
      <w:proofErr w:type="spellStart"/>
      <w:r w:rsidRPr="00C84D66">
        <w:rPr>
          <w:b/>
          <w:szCs w:val="24"/>
        </w:rPr>
        <w:t>İkinci</w:t>
      </w:r>
      <w:proofErr w:type="spellEnd"/>
      <w:r w:rsidRPr="00C84D66">
        <w:rPr>
          <w:b/>
          <w:szCs w:val="24"/>
        </w:rPr>
        <w:t xml:space="preserve"> </w:t>
      </w:r>
      <w:r w:rsidR="00C84D66" w:rsidRPr="00C84D66">
        <w:rPr>
          <w:b/>
          <w:szCs w:val="24"/>
        </w:rPr>
        <w:t>Danışmanın: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819"/>
        <w:gridCol w:w="7469"/>
      </w:tblGrid>
      <w:tr w:rsidR="00274152" w:rsidRPr="00C84D66" w14:paraId="7C697207" w14:textId="77777777" w:rsidTr="00C84D66">
        <w:trPr>
          <w:jc w:val="center"/>
        </w:trPr>
        <w:tc>
          <w:tcPr>
            <w:tcW w:w="979" w:type="pct"/>
            <w:vAlign w:val="center"/>
          </w:tcPr>
          <w:p w14:paraId="6DA2CFAE" w14:textId="77777777" w:rsidR="00274152" w:rsidRPr="00C84D66" w:rsidRDefault="00000000">
            <w:pPr>
              <w:spacing w:before="40" w:after="40"/>
              <w:rPr>
                <w:szCs w:val="24"/>
              </w:rPr>
            </w:pPr>
            <w:proofErr w:type="spellStart"/>
            <w:r w:rsidRPr="00C84D66">
              <w:rPr>
                <w:b/>
                <w:szCs w:val="24"/>
              </w:rPr>
              <w:t>Unvanı</w:t>
            </w:r>
            <w:proofErr w:type="spellEnd"/>
          </w:p>
        </w:tc>
        <w:tc>
          <w:tcPr>
            <w:tcW w:w="4021" w:type="pct"/>
            <w:vAlign w:val="center"/>
          </w:tcPr>
          <w:p w14:paraId="1A063D46" w14:textId="77777777" w:rsidR="00274152" w:rsidRPr="00C84D66" w:rsidRDefault="00274152">
            <w:pPr>
              <w:spacing w:before="40" w:after="40"/>
              <w:rPr>
                <w:szCs w:val="24"/>
              </w:rPr>
            </w:pPr>
          </w:p>
        </w:tc>
      </w:tr>
      <w:tr w:rsidR="00274152" w:rsidRPr="00C84D66" w14:paraId="32AE1E80" w14:textId="77777777" w:rsidTr="00C84D66">
        <w:trPr>
          <w:jc w:val="center"/>
        </w:trPr>
        <w:tc>
          <w:tcPr>
            <w:tcW w:w="979" w:type="pct"/>
            <w:vAlign w:val="center"/>
          </w:tcPr>
          <w:p w14:paraId="7448814F" w14:textId="77777777" w:rsidR="00274152" w:rsidRPr="00C84D66" w:rsidRDefault="00000000">
            <w:pPr>
              <w:spacing w:before="40" w:after="40"/>
              <w:rPr>
                <w:szCs w:val="24"/>
              </w:rPr>
            </w:pPr>
            <w:r w:rsidRPr="00C84D66">
              <w:rPr>
                <w:b/>
                <w:szCs w:val="24"/>
              </w:rPr>
              <w:t>Adı-Soyadı</w:t>
            </w:r>
          </w:p>
        </w:tc>
        <w:tc>
          <w:tcPr>
            <w:tcW w:w="4021" w:type="pct"/>
            <w:vAlign w:val="center"/>
          </w:tcPr>
          <w:p w14:paraId="1C959CD3" w14:textId="77777777" w:rsidR="00274152" w:rsidRPr="00C84D66" w:rsidRDefault="00274152">
            <w:pPr>
              <w:spacing w:before="40" w:after="40"/>
              <w:rPr>
                <w:szCs w:val="24"/>
              </w:rPr>
            </w:pPr>
          </w:p>
        </w:tc>
      </w:tr>
      <w:tr w:rsidR="00274152" w:rsidRPr="00C84D66" w14:paraId="541751D7" w14:textId="77777777" w:rsidTr="00C84D66">
        <w:trPr>
          <w:jc w:val="center"/>
        </w:trPr>
        <w:tc>
          <w:tcPr>
            <w:tcW w:w="979" w:type="pct"/>
            <w:vAlign w:val="center"/>
          </w:tcPr>
          <w:p w14:paraId="5CD4D1CA" w14:textId="77777777" w:rsidR="00274152" w:rsidRPr="00C84D66" w:rsidRDefault="00000000">
            <w:pPr>
              <w:spacing w:before="40" w:after="40"/>
              <w:rPr>
                <w:szCs w:val="24"/>
              </w:rPr>
            </w:pPr>
            <w:r w:rsidRPr="00C84D66">
              <w:rPr>
                <w:b/>
                <w:szCs w:val="24"/>
              </w:rPr>
              <w:t>Üniversitesi</w:t>
            </w:r>
          </w:p>
        </w:tc>
        <w:tc>
          <w:tcPr>
            <w:tcW w:w="4021" w:type="pct"/>
            <w:vAlign w:val="center"/>
          </w:tcPr>
          <w:p w14:paraId="6B81228C" w14:textId="77777777" w:rsidR="00274152" w:rsidRPr="00C84D66" w:rsidRDefault="00274152">
            <w:pPr>
              <w:spacing w:before="40" w:after="40"/>
              <w:rPr>
                <w:szCs w:val="24"/>
              </w:rPr>
            </w:pPr>
          </w:p>
        </w:tc>
      </w:tr>
      <w:tr w:rsidR="00274152" w:rsidRPr="00C84D66" w14:paraId="0374EC33" w14:textId="77777777" w:rsidTr="00C84D66">
        <w:trPr>
          <w:jc w:val="center"/>
        </w:trPr>
        <w:tc>
          <w:tcPr>
            <w:tcW w:w="979" w:type="pct"/>
            <w:vAlign w:val="center"/>
          </w:tcPr>
          <w:p w14:paraId="1DAB7E0C" w14:textId="77777777" w:rsidR="00274152" w:rsidRPr="00C84D66" w:rsidRDefault="00000000">
            <w:pPr>
              <w:spacing w:before="40" w:after="40"/>
              <w:rPr>
                <w:szCs w:val="24"/>
              </w:rPr>
            </w:pPr>
            <w:r w:rsidRPr="00C84D66">
              <w:rPr>
                <w:b/>
                <w:szCs w:val="24"/>
              </w:rPr>
              <w:t>Fakültesi</w:t>
            </w:r>
          </w:p>
        </w:tc>
        <w:tc>
          <w:tcPr>
            <w:tcW w:w="4021" w:type="pct"/>
            <w:vAlign w:val="center"/>
          </w:tcPr>
          <w:p w14:paraId="570F5D23" w14:textId="77777777" w:rsidR="00274152" w:rsidRPr="00C84D66" w:rsidRDefault="00274152">
            <w:pPr>
              <w:spacing w:before="40" w:after="40"/>
              <w:rPr>
                <w:szCs w:val="24"/>
              </w:rPr>
            </w:pPr>
          </w:p>
        </w:tc>
      </w:tr>
      <w:tr w:rsidR="00274152" w:rsidRPr="00C84D66" w14:paraId="1C0B102B" w14:textId="77777777" w:rsidTr="00C84D66">
        <w:trPr>
          <w:jc w:val="center"/>
        </w:trPr>
        <w:tc>
          <w:tcPr>
            <w:tcW w:w="979" w:type="pct"/>
            <w:vAlign w:val="center"/>
          </w:tcPr>
          <w:p w14:paraId="379603E5" w14:textId="77777777" w:rsidR="00274152" w:rsidRPr="00C84D66" w:rsidRDefault="00000000">
            <w:pPr>
              <w:spacing w:before="40" w:after="40"/>
              <w:rPr>
                <w:szCs w:val="24"/>
              </w:rPr>
            </w:pPr>
            <w:r w:rsidRPr="00C84D66">
              <w:rPr>
                <w:b/>
                <w:szCs w:val="24"/>
              </w:rPr>
              <w:t>Anabilim Dalı</w:t>
            </w:r>
          </w:p>
        </w:tc>
        <w:tc>
          <w:tcPr>
            <w:tcW w:w="4021" w:type="pct"/>
            <w:vAlign w:val="center"/>
          </w:tcPr>
          <w:p w14:paraId="112037D8" w14:textId="77777777" w:rsidR="00274152" w:rsidRPr="00C84D66" w:rsidRDefault="00274152">
            <w:pPr>
              <w:spacing w:before="40" w:after="40"/>
              <w:rPr>
                <w:szCs w:val="24"/>
              </w:rPr>
            </w:pPr>
          </w:p>
        </w:tc>
      </w:tr>
      <w:tr w:rsidR="00274152" w:rsidRPr="00C84D66" w14:paraId="15C9050C" w14:textId="77777777" w:rsidTr="00C84D66">
        <w:trPr>
          <w:jc w:val="center"/>
        </w:trPr>
        <w:tc>
          <w:tcPr>
            <w:tcW w:w="979" w:type="pct"/>
            <w:vAlign w:val="center"/>
          </w:tcPr>
          <w:p w14:paraId="6F780C06" w14:textId="77777777" w:rsidR="00274152" w:rsidRPr="00C84D66" w:rsidRDefault="00000000">
            <w:pPr>
              <w:spacing w:before="40" w:after="40"/>
              <w:rPr>
                <w:szCs w:val="24"/>
              </w:rPr>
            </w:pPr>
            <w:r w:rsidRPr="00C84D66">
              <w:rPr>
                <w:b/>
                <w:szCs w:val="24"/>
              </w:rPr>
              <w:t>Programı</w:t>
            </w:r>
          </w:p>
        </w:tc>
        <w:tc>
          <w:tcPr>
            <w:tcW w:w="4021" w:type="pct"/>
            <w:vAlign w:val="center"/>
          </w:tcPr>
          <w:p w14:paraId="6B722A2E" w14:textId="77777777" w:rsidR="00274152" w:rsidRPr="00C84D66" w:rsidRDefault="00274152">
            <w:pPr>
              <w:spacing w:before="40" w:after="40"/>
              <w:rPr>
                <w:szCs w:val="24"/>
              </w:rPr>
            </w:pPr>
          </w:p>
        </w:tc>
      </w:tr>
      <w:tr w:rsidR="00274152" w:rsidRPr="00C84D66" w14:paraId="0FE89C6A" w14:textId="77777777" w:rsidTr="00C84D66">
        <w:trPr>
          <w:jc w:val="center"/>
        </w:trPr>
        <w:tc>
          <w:tcPr>
            <w:tcW w:w="979" w:type="pct"/>
            <w:vAlign w:val="center"/>
          </w:tcPr>
          <w:p w14:paraId="5BD36B35" w14:textId="77777777" w:rsidR="00274152" w:rsidRPr="00C84D66" w:rsidRDefault="00000000">
            <w:pPr>
              <w:spacing w:before="40" w:after="40"/>
              <w:rPr>
                <w:szCs w:val="24"/>
              </w:rPr>
            </w:pPr>
            <w:r w:rsidRPr="00C84D66">
              <w:rPr>
                <w:b/>
                <w:szCs w:val="24"/>
              </w:rPr>
              <w:t>Adresi</w:t>
            </w:r>
          </w:p>
        </w:tc>
        <w:tc>
          <w:tcPr>
            <w:tcW w:w="4021" w:type="pct"/>
            <w:vAlign w:val="center"/>
          </w:tcPr>
          <w:p w14:paraId="58C4C5E4" w14:textId="77777777" w:rsidR="00274152" w:rsidRPr="00C84D66" w:rsidRDefault="00274152">
            <w:pPr>
              <w:spacing w:before="40" w:after="40"/>
              <w:rPr>
                <w:szCs w:val="24"/>
              </w:rPr>
            </w:pPr>
          </w:p>
        </w:tc>
      </w:tr>
    </w:tbl>
    <w:p w14:paraId="69C54727" w14:textId="77777777" w:rsidR="00274152" w:rsidRPr="00C84D66" w:rsidRDefault="00000000">
      <w:pPr>
        <w:spacing w:before="160" w:after="80"/>
        <w:rPr>
          <w:szCs w:val="24"/>
        </w:rPr>
      </w:pPr>
      <w:proofErr w:type="spellStart"/>
      <w:r w:rsidRPr="00C84D66">
        <w:rPr>
          <w:szCs w:val="24"/>
        </w:rPr>
        <w:t>Önerilen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ikinci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danışmanın</w:t>
      </w:r>
      <w:proofErr w:type="spellEnd"/>
      <w:r w:rsidRPr="00C84D66">
        <w:rPr>
          <w:szCs w:val="24"/>
        </w:rPr>
        <w:t xml:space="preserve"> </w:t>
      </w:r>
      <w:proofErr w:type="spellStart"/>
      <w:r w:rsidRPr="00C84D66">
        <w:rPr>
          <w:szCs w:val="24"/>
        </w:rPr>
        <w:t>atanma</w:t>
      </w:r>
      <w:proofErr w:type="spellEnd"/>
      <w:r w:rsidRPr="00C84D66">
        <w:rPr>
          <w:szCs w:val="24"/>
        </w:rPr>
        <w:t xml:space="preserve"> gerekçesi ile ikinci danışman katkısının tezin hangi aşamasında ve ne şekilde olacağı: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274152" w14:paraId="7E4723D8" w14:textId="77777777" w:rsidTr="008B6FBC">
        <w:trPr>
          <w:trHeight w:val="3650"/>
          <w:jc w:val="center"/>
        </w:trPr>
        <w:tc>
          <w:tcPr>
            <w:tcW w:w="9071" w:type="dxa"/>
          </w:tcPr>
          <w:p w14:paraId="5047894B" w14:textId="77777777" w:rsidR="00274152" w:rsidRDefault="00274152"/>
          <w:p w14:paraId="636AF230" w14:textId="77777777" w:rsidR="00274152" w:rsidRDefault="00274152"/>
          <w:p w14:paraId="18DA0384" w14:textId="77777777" w:rsidR="00274152" w:rsidRDefault="00274152"/>
          <w:p w14:paraId="7EC59DE4" w14:textId="77777777" w:rsidR="00274152" w:rsidRDefault="00274152"/>
        </w:tc>
      </w:tr>
    </w:tbl>
    <w:p w14:paraId="0A370497" w14:textId="77777777" w:rsidR="00274152" w:rsidRDefault="00000000">
      <w:pPr>
        <w:spacing w:before="80" w:after="40"/>
      </w:pPr>
      <w:r>
        <w:rPr>
          <w:i/>
          <w:sz w:val="20"/>
        </w:rPr>
        <w:t>(Paraflı ek sayfa kullanılabilir.)</w:t>
      </w:r>
    </w:p>
    <w:sectPr w:rsidR="00274152" w:rsidSect="00034616">
      <w:pgSz w:w="11906" w:h="16838"/>
      <w:pgMar w:top="1020" w:right="1417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3476838">
    <w:abstractNumId w:val="8"/>
  </w:num>
  <w:num w:numId="2" w16cid:durableId="1417441621">
    <w:abstractNumId w:val="6"/>
  </w:num>
  <w:num w:numId="3" w16cid:durableId="1794324116">
    <w:abstractNumId w:val="5"/>
  </w:num>
  <w:num w:numId="4" w16cid:durableId="991913298">
    <w:abstractNumId w:val="4"/>
  </w:num>
  <w:num w:numId="5" w16cid:durableId="954020218">
    <w:abstractNumId w:val="7"/>
  </w:num>
  <w:num w:numId="6" w16cid:durableId="1971089772">
    <w:abstractNumId w:val="3"/>
  </w:num>
  <w:num w:numId="7" w16cid:durableId="813910580">
    <w:abstractNumId w:val="2"/>
  </w:num>
  <w:num w:numId="8" w16cid:durableId="739060520">
    <w:abstractNumId w:val="1"/>
  </w:num>
  <w:num w:numId="9" w16cid:durableId="1475295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34FC"/>
    <w:rsid w:val="00224535"/>
    <w:rsid w:val="00274152"/>
    <w:rsid w:val="0029639D"/>
    <w:rsid w:val="002A2EF4"/>
    <w:rsid w:val="00310C50"/>
    <w:rsid w:val="00326F90"/>
    <w:rsid w:val="003C19A0"/>
    <w:rsid w:val="006529E9"/>
    <w:rsid w:val="00687249"/>
    <w:rsid w:val="00725268"/>
    <w:rsid w:val="008520B1"/>
    <w:rsid w:val="00896803"/>
    <w:rsid w:val="008B6FBC"/>
    <w:rsid w:val="00956AFC"/>
    <w:rsid w:val="009B343A"/>
    <w:rsid w:val="00AA1D8D"/>
    <w:rsid w:val="00B41D36"/>
    <w:rsid w:val="00B47730"/>
    <w:rsid w:val="00B7594E"/>
    <w:rsid w:val="00C16A59"/>
    <w:rsid w:val="00C84D66"/>
    <w:rsid w:val="00CB0664"/>
    <w:rsid w:val="00D6454C"/>
    <w:rsid w:val="00E16F8E"/>
    <w:rsid w:val="00F314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B565E1"/>
  <w14:defaultImageDpi w14:val="300"/>
  <w15:docId w15:val="{DF9607D4-9379-4E81-93E8-D9780542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Tuna Birgün</cp:lastModifiedBy>
  <cp:revision>23</cp:revision>
  <dcterms:created xsi:type="dcterms:W3CDTF">2013-12-23T23:15:00Z</dcterms:created>
  <dcterms:modified xsi:type="dcterms:W3CDTF">2026-06-10T12:40:00Z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7c02b8a8-377e-4302-8529-82580e478c37</vt:lpwstr>
  </property>
</Properties>
</file>